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3F70"/>
          <w:sz w:val="40"/>
        </w:rPr>
        <w:t>퇴직확인서</w:t>
      </w:r>
    </w:p>
    <w:p>
      <w:pPr>
        <w:jc w:val="center"/>
      </w:pPr>
      <w:r>
        <w:rPr>
          <w:color w:val="475467"/>
          <w:sz w:val="18"/>
        </w:rPr>
        <w:t>퇴직사실 및 사용기간 확인용 | 근로기준법 제39조 참고</w:t>
      </w:r>
    </w:p>
    <w:p>
      <w:pPr>
        <w:spacing w:before="160" w:after="80"/>
      </w:pPr>
      <w:r>
        <w:rPr>
          <w:b/>
          <w:color w:val="17243D"/>
          <w:sz w:val="25"/>
        </w:rPr>
        <w:t>1. 퇴직자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rPr>
          <w:tblHeader w:val="true"/>
        </w:trP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163F70"/>
          </w:tcPr>
          <w:p>
            <w:pPr>
              <w:spacing w:after="0" w:before="0"/>
            </w:pPr>
            <w:r>
              <w:rPr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성명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생년월일(필요 시 최소기재)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근무기간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20____년 ____월 ____일 ~ 20____년 ____월 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업무 종류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직위/직종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퇴직일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311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퇴직사유</w:t>
            </w:r>
          </w:p>
        </w:tc>
        <w:tc>
          <w:tcPr>
            <w:tcW w:type="dxa" w:w="62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</w:pPr>
            <w:r>
              <w:rPr>
                <w:sz w:val="19"/>
              </w:rPr>
              <w:t>□ 자진퇴사  □ 계약기간 종료  □ 정년  □ 기타 __________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2. 증명 요청 항목</w:t>
      </w:r>
    </w:p>
    <w:p>
      <w:r>
        <w:rPr>
          <w:sz w:val="19"/>
        </w:rPr>
        <w:t>근로자가 요청한 항목만 기재합니다:  □ 사용기간  □ 업무종류  □ 지위  □ 임금  □ 기타 __________________</w:t>
      </w:r>
    </w:p>
    <w:p>
      <w:pPr>
        <w:spacing w:before="160" w:after="80"/>
      </w:pPr>
      <w:r>
        <w:rPr>
          <w:b/>
          <w:color w:val="17243D"/>
          <w:sz w:val="25"/>
        </w:rPr>
        <w:t>3. 기관 확인</w:t>
      </w:r>
    </w:p>
    <w:p>
      <w:pPr>
        <w:jc w:val="center"/>
      </w:pPr>
      <w:r>
        <w:t>위 사항이 사실임을 확인합니다.</w:t>
      </w:r>
    </w:p>
    <w:p>
      <w:pPr>
        <w:spacing w:before="160" w:after="80"/>
      </w:pPr>
      <w:r>
        <w:rPr>
          <w:b/>
          <w:color w:val="17243D"/>
          <w:sz w:val="25"/>
        </w:rPr>
        <w:t>확인 및 서명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작성일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20____년 ____월 ____일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퇴직자 수령확인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  <w:tr>
        <w:tc>
          <w:tcPr>
            <w:tcW w:type="dxa" w:w="5156"/>
            <w:shd w:fill="EAF1F8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b/>
                <w:sz w:val="19"/>
              </w:rPr>
              <w:t>기관장</w:t>
            </w:r>
          </w:p>
        </w:tc>
        <w:tc>
          <w:tcPr>
            <w:tcW w:type="dxa" w:w="5156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pPr>
              <w:spacing w:after="0"/>
            </w:pPr>
            <w:r>
              <w:rPr>
                <w:sz w:val="19"/>
              </w:rPr>
              <w:t>성명: ____________________   (서명/인)</w:t>
            </w:r>
          </w:p>
        </w:tc>
      </w:tr>
    </w:tbl>
    <w:p>
      <w:pPr>
        <w:spacing w:before="160" w:after="80"/>
      </w:pPr>
      <w:r>
        <w:rPr>
          <w:b/>
          <w:color w:val="17243D"/>
          <w:sz w:val="25"/>
        </w:rPr>
        <w:t>법령·작성 체크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C"/>
            <w:tcMar>
              <w:top w:w="150" w:type="dxa"/>
              <w:start w:w="160" w:type="dxa"/>
              <w:bottom w:w="150" w:type="dxa"/>
              <w:end w:w="160" w:type="dxa"/>
            </w:tcMar>
          </w:tcPr>
          <w:p>
            <w:r/>
            <w:r>
              <w:rPr>
                <w:b/>
                <w:color w:val="163F70"/>
                <w:sz w:val="21"/>
              </w:rPr>
              <w:t>사용증명서 관련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근로기준법 제39조: 근로자가 퇴직한 후라도 사용기간, 업무 종류, 지위와 임금, 그 밖에 필요한 사항에 관한 증명서를 청구하면 사용자는 사실대로 적은 증명서를 즉시 내주어야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증명서에는 근로자가 요구한 사항만 적어야 합니다.</w:t>
            </w:r>
          </w:p>
          <w:p>
            <w:pPr>
              <w:spacing w:after="40"/>
              <w:ind w:left="113"/>
            </w:pPr>
            <w:r>
              <w:rPr>
                <w:sz w:val="18"/>
              </w:rPr>
              <w:t>• 본 서식은 내부 '퇴직확인서'와 법정 사용증명서 용도를 겸할 수 있도록 구성했지만, 근로자가 요구하는 항목을 확인해 불필요한 정보를 추가하지 마세요.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22" w:left="964" w:header="397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8A2B3"/>
        <w:sz w:val="16"/>
      </w:rPr>
      <w:t>법령·실무 참고형 | 기준일 2026-09-01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667085"/>
        <w:sz w:val="17"/>
      </w:rPr>
      <w:t>케어BON365 | 장기요양기관 근로·인사 실무서식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20_퇴직확인서_법령실무반영형</dc:title>
  <dc:subject>케어BON365 장기요양기관 근로·인사 실무서식</dc:subject>
  <dc:creator>CAREBON365</dc:creator>
  <cp:keywords>장기요양기관, 근로인사, 실무서식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